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056E73" w14:textId="466E662B" w:rsidR="007D3241" w:rsidRDefault="00E141B6">
      <w:pPr>
        <w:spacing w:after="40"/>
        <w:jc w:val="center"/>
      </w:pPr>
      <w:r>
        <w:rPr>
          <w:noProof/>
        </w:rPr>
        <w:drawing>
          <wp:anchor distT="0" distB="0" distL="114300" distR="114300" simplePos="0" relativeHeight="251657216" behindDoc="0" locked="0" layoutInCell="1" allowOverlap="1" wp14:anchorId="0F95233A" wp14:editId="4D0E3476">
            <wp:simplePos x="0" y="0"/>
            <wp:positionH relativeFrom="column">
              <wp:posOffset>2331720</wp:posOffset>
            </wp:positionH>
            <wp:positionV relativeFrom="paragraph">
              <wp:posOffset>-368295</wp:posOffset>
            </wp:positionV>
            <wp:extent cx="1592104" cy="755673"/>
            <wp:effectExtent l="0" t="0" r="0" b="0"/>
            <wp:wrapNone/>
            <wp:docPr id="359308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08593" name="Picture 359308593"/>
                    <pic:cNvPicPr/>
                  </pic:nvPicPr>
                  <pic:blipFill rotWithShape="1">
                    <a:blip r:embed="rId8"/>
                    <a:srcRect t="25483" b="27048"/>
                    <a:stretch>
                      <a:fillRect/>
                    </a:stretch>
                  </pic:blipFill>
                  <pic:spPr bwMode="auto">
                    <a:xfrm>
                      <a:off x="0" y="0"/>
                      <a:ext cx="1601211" cy="7599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color w:val="274191"/>
          <w:sz w:val="50"/>
        </w:rPr>
        <w:t>JEDS</w:t>
      </w:r>
    </w:p>
    <w:p w14:paraId="5A6B083E" w14:textId="1AEB7778" w:rsidR="007D3241" w:rsidRPr="00E141B6" w:rsidRDefault="00000000">
      <w:pPr>
        <w:spacing w:after="160"/>
        <w:jc w:val="center"/>
        <w:rPr>
          <w:color w:val="DA0277"/>
        </w:rPr>
      </w:pPr>
      <w:r w:rsidRPr="00E141B6">
        <w:rPr>
          <w:b/>
          <w:color w:val="DA0277"/>
          <w:sz w:val="32"/>
        </w:rPr>
        <w:t>AMBASSADOR INTRODUCTION FORM</w:t>
      </w:r>
    </w:p>
    <w:p w14:paraId="572823E4" w14:textId="2CAC3B6C" w:rsidR="007D3241" w:rsidRDefault="00000000">
      <w:pPr>
        <w:spacing w:after="160"/>
        <w:jc w:val="center"/>
      </w:pPr>
      <w:r w:rsidRPr="00E141B6">
        <w:rPr>
          <w:b/>
          <w:bCs/>
          <w:i/>
        </w:rPr>
        <w:t>Help us introduce you to the JEDS community</w:t>
      </w:r>
      <w:r>
        <w:rPr>
          <w:i/>
        </w:rPr>
        <w:t xml:space="preserve"> 💗💙</w:t>
      </w:r>
    </w:p>
    <w:tbl>
      <w:tblPr>
        <w:tblW w:w="0" w:type="auto"/>
        <w:jc w:val="center"/>
        <w:tblLook w:val="04A0" w:firstRow="1" w:lastRow="0" w:firstColumn="1" w:lastColumn="0" w:noHBand="0" w:noVBand="1"/>
      </w:tblPr>
      <w:tblGrid>
        <w:gridCol w:w="10368"/>
      </w:tblGrid>
      <w:tr w:rsidR="007D3241" w14:paraId="2227CC90" w14:textId="77777777">
        <w:trPr>
          <w:jc w:val="center"/>
        </w:trPr>
        <w:tc>
          <w:tcPr>
            <w:tcW w:w="10368" w:type="dxa"/>
            <w:shd w:val="clear" w:color="auto" w:fill="F3F5FA"/>
            <w:vAlign w:val="center"/>
          </w:tcPr>
          <w:p w14:paraId="39F5B4D9" w14:textId="66F21BDB" w:rsidR="007D3241" w:rsidRDefault="00000000">
            <w:r>
              <w:rPr>
                <w:sz w:val="19"/>
              </w:rPr>
              <w:t>Thank you for becoming a JEDS Ambassador! We would love to introduce you to our supporters and the wider Jersey community through our social media.</w:t>
            </w:r>
            <w:r>
              <w:rPr>
                <w:sz w:val="19"/>
              </w:rPr>
              <w:br/>
            </w:r>
            <w:r>
              <w:rPr>
                <w:sz w:val="19"/>
              </w:rPr>
              <w:br/>
              <w:t>Please answer the questions below in as much or as little detail as you feel comfortable with. You do not have to answer any question you would prefer not to. Your answers may be edited slightly for length, spelling or clarity before publication.</w:t>
            </w:r>
          </w:p>
        </w:tc>
      </w:tr>
    </w:tbl>
    <w:p w14:paraId="7867FB7C" w14:textId="5C8D498F" w:rsidR="007D3241" w:rsidRDefault="00000000">
      <w:pPr>
        <w:spacing w:before="140" w:after="80"/>
      </w:pPr>
      <w:r>
        <w:rPr>
          <w:b/>
          <w:color w:val="274191"/>
          <w:sz w:val="26"/>
        </w:rPr>
        <w:t>1. ABOUT YOU</w:t>
      </w:r>
    </w:p>
    <w:p w14:paraId="4827C3CD" w14:textId="72B99156" w:rsidR="007D3241" w:rsidRPr="00E141B6" w:rsidRDefault="00000000">
      <w:pPr>
        <w:spacing w:after="40"/>
        <w:rPr>
          <w:sz w:val="22"/>
        </w:rPr>
      </w:pPr>
      <w:r w:rsidRPr="00E141B6">
        <w:rPr>
          <w:b/>
          <w:sz w:val="22"/>
        </w:rPr>
        <w:t>Name:</w:t>
      </w:r>
      <w:r w:rsidRPr="00E141B6">
        <w:rPr>
          <w:b/>
          <w:sz w:val="22"/>
        </w:rPr>
        <w:br/>
      </w:r>
    </w:p>
    <w:p w14:paraId="6F0D47A6" w14:textId="0A725949" w:rsidR="007D3241" w:rsidRPr="00E141B6" w:rsidRDefault="00000000">
      <w:pPr>
        <w:spacing w:after="40"/>
        <w:rPr>
          <w:sz w:val="22"/>
        </w:rPr>
      </w:pPr>
      <w:r w:rsidRPr="00E141B6">
        <w:rPr>
          <w:b/>
          <w:sz w:val="22"/>
        </w:rPr>
        <w:t>What would you like us to call you publicly? (if different):</w:t>
      </w:r>
      <w:r w:rsidRPr="00E141B6">
        <w:rPr>
          <w:b/>
          <w:sz w:val="22"/>
        </w:rPr>
        <w:br/>
      </w:r>
    </w:p>
    <w:p w14:paraId="684E0D16" w14:textId="77777777" w:rsidR="00DC3B1D" w:rsidRDefault="00000000">
      <w:pPr>
        <w:spacing w:after="40"/>
        <w:rPr>
          <w:b/>
          <w:sz w:val="22"/>
        </w:rPr>
      </w:pPr>
      <w:r w:rsidRPr="00E141B6">
        <w:rPr>
          <w:b/>
          <w:sz w:val="22"/>
        </w:rPr>
        <w:t>Tell us a little bit about yourself:</w:t>
      </w:r>
    </w:p>
    <w:p w14:paraId="7CBFE88E" w14:textId="77777777" w:rsidR="000A440F" w:rsidRDefault="000A440F">
      <w:pPr>
        <w:spacing w:after="40"/>
        <w:rPr>
          <w:b/>
          <w:sz w:val="22"/>
        </w:rPr>
      </w:pPr>
    </w:p>
    <w:p w14:paraId="6B829986" w14:textId="5FD8018A" w:rsidR="007D3241" w:rsidRDefault="00000000">
      <w:pPr>
        <w:spacing w:after="40"/>
        <w:rPr>
          <w:sz w:val="22"/>
        </w:rPr>
      </w:pPr>
      <w:r w:rsidRPr="00E141B6">
        <w:rPr>
          <w:b/>
          <w:sz w:val="22"/>
        </w:rPr>
        <w:br/>
      </w:r>
    </w:p>
    <w:p w14:paraId="0CB7DA3D" w14:textId="77777777" w:rsidR="00E141B6" w:rsidRPr="00E141B6" w:rsidRDefault="00E141B6">
      <w:pPr>
        <w:spacing w:after="40"/>
        <w:rPr>
          <w:sz w:val="22"/>
        </w:rPr>
      </w:pPr>
    </w:p>
    <w:p w14:paraId="0C488B04" w14:textId="77777777" w:rsidR="007D3241" w:rsidRDefault="00000000">
      <w:pPr>
        <w:spacing w:before="140" w:after="80"/>
      </w:pPr>
      <w:r>
        <w:rPr>
          <w:b/>
          <w:color w:val="274191"/>
          <w:sz w:val="26"/>
        </w:rPr>
        <w:t>2. YOUR JEDS AMBASSADOR ROLE</w:t>
      </w:r>
    </w:p>
    <w:p w14:paraId="31DDA8A5" w14:textId="1D790A3C" w:rsidR="00E141B6" w:rsidRDefault="00000000">
      <w:pPr>
        <w:spacing w:after="20"/>
        <w:rPr>
          <w:b/>
          <w:sz w:val="22"/>
        </w:rPr>
      </w:pPr>
      <w:r w:rsidRPr="00E141B6">
        <w:rPr>
          <w:b/>
          <w:sz w:val="22"/>
        </w:rPr>
        <w:t>1. What made you want to become a JEDS Ambassador?</w:t>
      </w:r>
    </w:p>
    <w:p w14:paraId="02016452" w14:textId="77777777" w:rsidR="000A440F" w:rsidRDefault="000A440F">
      <w:pPr>
        <w:spacing w:after="20"/>
        <w:rPr>
          <w:sz w:val="22"/>
        </w:rPr>
      </w:pPr>
    </w:p>
    <w:p w14:paraId="2C58A000" w14:textId="77777777" w:rsidR="00E141B6" w:rsidRDefault="00E141B6">
      <w:pPr>
        <w:spacing w:after="20"/>
        <w:rPr>
          <w:sz w:val="22"/>
        </w:rPr>
      </w:pPr>
    </w:p>
    <w:p w14:paraId="192D4EC9" w14:textId="242D2DA0" w:rsidR="007D3241" w:rsidRPr="00E141B6" w:rsidRDefault="000A440F">
      <w:pPr>
        <w:spacing w:after="20"/>
        <w:rPr>
          <w:sz w:val="22"/>
        </w:rPr>
      </w:pPr>
      <w:r>
        <w:rPr>
          <w:b/>
          <w:sz w:val="22"/>
        </w:rPr>
        <w:t>2</w:t>
      </w:r>
      <w:r w:rsidR="00000000" w:rsidRPr="00E141B6">
        <w:rPr>
          <w:b/>
          <w:sz w:val="22"/>
        </w:rPr>
        <w:t>. Why do you think the work JEDS does is important?</w:t>
      </w:r>
    </w:p>
    <w:p w14:paraId="71A1D9E0" w14:textId="77777777" w:rsidR="00E141B6" w:rsidRDefault="00E141B6">
      <w:pPr>
        <w:spacing w:after="20"/>
        <w:rPr>
          <w:sz w:val="22"/>
        </w:rPr>
      </w:pPr>
    </w:p>
    <w:p w14:paraId="0151E824" w14:textId="77777777" w:rsidR="00E141B6" w:rsidRDefault="00E141B6">
      <w:pPr>
        <w:spacing w:after="20"/>
        <w:rPr>
          <w:sz w:val="22"/>
        </w:rPr>
      </w:pPr>
    </w:p>
    <w:p w14:paraId="4761765E" w14:textId="693069A6" w:rsidR="007D3241" w:rsidRPr="00E141B6" w:rsidRDefault="00000000">
      <w:pPr>
        <w:spacing w:after="20"/>
        <w:rPr>
          <w:sz w:val="22"/>
        </w:rPr>
      </w:pPr>
      <w:r w:rsidRPr="00E141B6">
        <w:rPr>
          <w:b/>
          <w:sz w:val="22"/>
        </w:rPr>
        <w:t>4. What is one thing you wish more people understood about eating disorders?</w:t>
      </w:r>
    </w:p>
    <w:p w14:paraId="3777B4CE" w14:textId="77777777" w:rsidR="00E141B6" w:rsidRDefault="00E141B6">
      <w:pPr>
        <w:spacing w:after="20"/>
        <w:rPr>
          <w:sz w:val="22"/>
        </w:rPr>
      </w:pPr>
    </w:p>
    <w:p w14:paraId="31301F66" w14:textId="77777777" w:rsidR="00E141B6" w:rsidRDefault="00E141B6">
      <w:pPr>
        <w:spacing w:after="20"/>
        <w:rPr>
          <w:sz w:val="22"/>
        </w:rPr>
      </w:pPr>
    </w:p>
    <w:p w14:paraId="09F08262" w14:textId="0660231F" w:rsidR="007D3241" w:rsidRPr="00E141B6" w:rsidRDefault="00000000">
      <w:pPr>
        <w:spacing w:after="20"/>
        <w:rPr>
          <w:sz w:val="22"/>
        </w:rPr>
      </w:pPr>
      <w:r w:rsidRPr="00E141B6">
        <w:rPr>
          <w:b/>
          <w:sz w:val="22"/>
        </w:rPr>
        <w:t>5. Why do you think raising awareness of eating disorders is important?</w:t>
      </w:r>
    </w:p>
    <w:p w14:paraId="66AEE46A" w14:textId="77777777" w:rsidR="00E141B6" w:rsidRDefault="00E141B6">
      <w:pPr>
        <w:spacing w:after="20"/>
        <w:rPr>
          <w:sz w:val="22"/>
        </w:rPr>
      </w:pPr>
    </w:p>
    <w:p w14:paraId="1656071F" w14:textId="77777777" w:rsidR="00E141B6" w:rsidRDefault="00E141B6">
      <w:pPr>
        <w:spacing w:after="20"/>
        <w:rPr>
          <w:sz w:val="22"/>
        </w:rPr>
      </w:pPr>
    </w:p>
    <w:p w14:paraId="30066FFE" w14:textId="5E7DACAB" w:rsidR="007D3241" w:rsidRDefault="00000000">
      <w:pPr>
        <w:spacing w:after="20"/>
        <w:rPr>
          <w:b/>
          <w:sz w:val="22"/>
        </w:rPr>
      </w:pPr>
      <w:r w:rsidRPr="00E141B6">
        <w:rPr>
          <w:b/>
          <w:sz w:val="22"/>
        </w:rPr>
        <w:t>6. What are you hoping to achieve through being a JEDS Ambassador?</w:t>
      </w:r>
    </w:p>
    <w:p w14:paraId="4E08F189" w14:textId="77777777" w:rsidR="00DC3B1D" w:rsidRDefault="00DC3B1D">
      <w:pPr>
        <w:spacing w:after="20"/>
        <w:rPr>
          <w:b/>
          <w:sz w:val="22"/>
        </w:rPr>
      </w:pPr>
    </w:p>
    <w:p w14:paraId="4C495F92" w14:textId="77777777" w:rsidR="00DC3B1D" w:rsidRDefault="00DC3B1D">
      <w:pPr>
        <w:spacing w:after="20"/>
        <w:rPr>
          <w:b/>
          <w:sz w:val="22"/>
        </w:rPr>
      </w:pPr>
    </w:p>
    <w:p w14:paraId="0E12EA57" w14:textId="662AC76A" w:rsidR="00DC3B1D" w:rsidRPr="00E141B6" w:rsidRDefault="00DC3B1D">
      <w:pPr>
        <w:spacing w:after="20"/>
        <w:rPr>
          <w:sz w:val="22"/>
        </w:rPr>
      </w:pPr>
      <w:r>
        <w:rPr>
          <w:b/>
          <w:sz w:val="22"/>
        </w:rPr>
        <w:t>7. What do you do</w:t>
      </w:r>
      <w:r w:rsidR="000A440F">
        <w:rPr>
          <w:b/>
          <w:sz w:val="22"/>
        </w:rPr>
        <w:t>,</w:t>
      </w:r>
      <w:r>
        <w:rPr>
          <w:b/>
          <w:sz w:val="22"/>
        </w:rPr>
        <w:t xml:space="preserve"> or plan to do</w:t>
      </w:r>
      <w:r w:rsidR="000A440F">
        <w:rPr>
          <w:b/>
          <w:sz w:val="22"/>
        </w:rPr>
        <w:t>,</w:t>
      </w:r>
      <w:r>
        <w:rPr>
          <w:b/>
          <w:sz w:val="22"/>
        </w:rPr>
        <w:t xml:space="preserve"> to support the charity as JEDS Ambassador</w:t>
      </w:r>
      <w:r w:rsidR="000A440F">
        <w:rPr>
          <w:b/>
          <w:sz w:val="22"/>
        </w:rPr>
        <w:t>?</w:t>
      </w:r>
    </w:p>
    <w:p w14:paraId="4B7001FC" w14:textId="77777777" w:rsidR="00E141B6" w:rsidRDefault="00E141B6">
      <w:pPr>
        <w:spacing w:before="140" w:after="80"/>
        <w:rPr>
          <w:sz w:val="22"/>
        </w:rPr>
      </w:pPr>
    </w:p>
    <w:p w14:paraId="46BC22F1" w14:textId="77777777" w:rsidR="000A440F" w:rsidRDefault="000A440F">
      <w:pPr>
        <w:spacing w:before="140" w:after="80"/>
        <w:rPr>
          <w:sz w:val="22"/>
        </w:rPr>
      </w:pPr>
    </w:p>
    <w:p w14:paraId="0DD615B3" w14:textId="77777777" w:rsidR="000A440F" w:rsidRDefault="000A440F">
      <w:pPr>
        <w:spacing w:before="140" w:after="80"/>
        <w:rPr>
          <w:sz w:val="22"/>
        </w:rPr>
      </w:pPr>
    </w:p>
    <w:p w14:paraId="5917A0EB" w14:textId="77777777" w:rsidR="00E141B6" w:rsidRDefault="00E141B6">
      <w:pPr>
        <w:spacing w:before="140" w:after="80"/>
        <w:rPr>
          <w:sz w:val="22"/>
        </w:rPr>
      </w:pPr>
    </w:p>
    <w:p w14:paraId="17A738A2" w14:textId="7CB223E2" w:rsidR="007D3241" w:rsidRDefault="00000000">
      <w:pPr>
        <w:spacing w:before="140" w:after="80"/>
      </w:pPr>
      <w:r>
        <w:rPr>
          <w:b/>
          <w:color w:val="274191"/>
          <w:sz w:val="26"/>
        </w:rPr>
        <w:lastRenderedPageBreak/>
        <w:t>3. A MESSAGE TO OTHERS</w:t>
      </w:r>
    </w:p>
    <w:p w14:paraId="05345A59" w14:textId="77777777" w:rsidR="007D3241" w:rsidRDefault="00000000">
      <w:pPr>
        <w:spacing w:after="40"/>
        <w:rPr>
          <w:b/>
          <w:sz w:val="22"/>
        </w:rPr>
      </w:pPr>
      <w:r w:rsidRPr="00E141B6">
        <w:rPr>
          <w:b/>
          <w:sz w:val="22"/>
        </w:rPr>
        <w:t>What would you say to someone affected by an eating disorder who might be struggling to reach out for support?</w:t>
      </w:r>
    </w:p>
    <w:p w14:paraId="6E395C3A" w14:textId="77777777" w:rsidR="000A440F" w:rsidRPr="00E141B6" w:rsidRDefault="000A440F">
      <w:pPr>
        <w:spacing w:after="40"/>
        <w:rPr>
          <w:sz w:val="22"/>
        </w:rPr>
      </w:pPr>
    </w:p>
    <w:p w14:paraId="05738241" w14:textId="77777777" w:rsidR="00DC3B1D" w:rsidRDefault="00DC3B1D">
      <w:pPr>
        <w:spacing w:before="140" w:after="80"/>
        <w:rPr>
          <w:sz w:val="22"/>
        </w:rPr>
      </w:pPr>
    </w:p>
    <w:p w14:paraId="06E555C3" w14:textId="311B7565" w:rsidR="007D3241" w:rsidRDefault="00000000">
      <w:pPr>
        <w:spacing w:before="140" w:after="80"/>
      </w:pPr>
      <w:r>
        <w:rPr>
          <w:b/>
          <w:color w:val="274191"/>
          <w:sz w:val="26"/>
        </w:rPr>
        <w:t>4. A FEW FUN FACTS</w:t>
      </w:r>
    </w:p>
    <w:p w14:paraId="2717D3C3" w14:textId="690B3DE8" w:rsidR="007D3241" w:rsidRDefault="00000000">
      <w:pPr>
        <w:spacing w:after="40"/>
        <w:rPr>
          <w:b/>
          <w:sz w:val="22"/>
        </w:rPr>
      </w:pPr>
      <w:r w:rsidRPr="00E141B6">
        <w:rPr>
          <w:b/>
          <w:sz w:val="22"/>
        </w:rPr>
        <w:t>What are three words that describe you</w:t>
      </w:r>
      <w:r w:rsidR="000A440F">
        <w:rPr>
          <w:b/>
          <w:sz w:val="22"/>
        </w:rPr>
        <w:t>?</w:t>
      </w:r>
    </w:p>
    <w:p w14:paraId="563D7B77" w14:textId="77777777" w:rsidR="000A440F" w:rsidRPr="00E141B6" w:rsidRDefault="000A440F">
      <w:pPr>
        <w:spacing w:after="40"/>
        <w:rPr>
          <w:sz w:val="22"/>
        </w:rPr>
      </w:pPr>
    </w:p>
    <w:p w14:paraId="5823A2F9" w14:textId="54FB93C4" w:rsidR="007D3241" w:rsidRPr="00E141B6" w:rsidRDefault="00000000">
      <w:pPr>
        <w:spacing w:after="40"/>
        <w:rPr>
          <w:sz w:val="22"/>
        </w:rPr>
      </w:pPr>
      <w:r w:rsidRPr="00E141B6">
        <w:rPr>
          <w:b/>
          <w:sz w:val="22"/>
        </w:rPr>
        <w:t>What is your favourite place in Jersey?</w:t>
      </w:r>
      <w:r w:rsidR="00E141B6">
        <w:rPr>
          <w:b/>
          <w:sz w:val="22"/>
        </w:rPr>
        <w:t xml:space="preserve"> </w:t>
      </w:r>
    </w:p>
    <w:p w14:paraId="65D00158" w14:textId="77777777" w:rsidR="000A440F" w:rsidRDefault="000A440F">
      <w:pPr>
        <w:spacing w:after="40"/>
        <w:rPr>
          <w:b/>
          <w:sz w:val="22"/>
        </w:rPr>
      </w:pPr>
    </w:p>
    <w:p w14:paraId="6A302111" w14:textId="0FB675C0" w:rsidR="007D3241" w:rsidRPr="00E141B6" w:rsidRDefault="00000000">
      <w:pPr>
        <w:spacing w:after="40"/>
        <w:rPr>
          <w:sz w:val="22"/>
        </w:rPr>
      </w:pPr>
      <w:r w:rsidRPr="00E141B6">
        <w:rPr>
          <w:b/>
          <w:sz w:val="22"/>
        </w:rPr>
        <w:t xml:space="preserve">What is your favourite food?  </w:t>
      </w:r>
    </w:p>
    <w:p w14:paraId="11442207" w14:textId="77777777" w:rsidR="000A440F" w:rsidRDefault="000A440F">
      <w:pPr>
        <w:spacing w:after="40"/>
        <w:rPr>
          <w:b/>
          <w:sz w:val="22"/>
        </w:rPr>
      </w:pPr>
    </w:p>
    <w:p w14:paraId="5371779F" w14:textId="77D06874" w:rsidR="007D3241" w:rsidRPr="00E141B6" w:rsidRDefault="00000000">
      <w:pPr>
        <w:spacing w:after="40"/>
        <w:rPr>
          <w:sz w:val="22"/>
        </w:rPr>
      </w:pPr>
      <w:r w:rsidRPr="00E141B6">
        <w:rPr>
          <w:b/>
          <w:sz w:val="22"/>
        </w:rPr>
        <w:t xml:space="preserve">Coffee or tea?  </w:t>
      </w:r>
    </w:p>
    <w:p w14:paraId="36BCDA1B" w14:textId="77777777" w:rsidR="000A440F" w:rsidRDefault="000A440F">
      <w:pPr>
        <w:spacing w:after="40"/>
        <w:rPr>
          <w:b/>
          <w:sz w:val="22"/>
        </w:rPr>
      </w:pPr>
    </w:p>
    <w:p w14:paraId="4306DE8F" w14:textId="7DDA31FE" w:rsidR="007D3241" w:rsidRPr="00E141B6" w:rsidRDefault="00000000">
      <w:pPr>
        <w:spacing w:after="40"/>
        <w:rPr>
          <w:sz w:val="22"/>
        </w:rPr>
      </w:pPr>
      <w:r w:rsidRPr="00E141B6">
        <w:rPr>
          <w:b/>
          <w:sz w:val="22"/>
        </w:rPr>
        <w:t xml:space="preserve">Early bird or night owl?  </w:t>
      </w:r>
    </w:p>
    <w:p w14:paraId="7D46E694" w14:textId="77777777" w:rsidR="000A440F" w:rsidRDefault="000A440F">
      <w:pPr>
        <w:spacing w:after="40"/>
        <w:rPr>
          <w:b/>
          <w:sz w:val="22"/>
        </w:rPr>
      </w:pPr>
    </w:p>
    <w:p w14:paraId="7994FEF2" w14:textId="060808D1" w:rsidR="007D3241" w:rsidRPr="00E141B6" w:rsidRDefault="00000000">
      <w:pPr>
        <w:spacing w:after="40"/>
        <w:rPr>
          <w:sz w:val="22"/>
        </w:rPr>
      </w:pPr>
      <w:r w:rsidRPr="00E141B6">
        <w:rPr>
          <w:b/>
          <w:sz w:val="22"/>
        </w:rPr>
        <w:t xml:space="preserve">What is something that always makes you smile?  </w:t>
      </w:r>
    </w:p>
    <w:p w14:paraId="7F9B59C4" w14:textId="77777777" w:rsidR="000A440F" w:rsidRDefault="000A440F">
      <w:pPr>
        <w:spacing w:after="40"/>
        <w:rPr>
          <w:b/>
          <w:sz w:val="22"/>
        </w:rPr>
      </w:pPr>
    </w:p>
    <w:p w14:paraId="64057270" w14:textId="2408C5DC" w:rsidR="007D3241" w:rsidRDefault="00000000">
      <w:pPr>
        <w:spacing w:after="40"/>
        <w:rPr>
          <w:sz w:val="22"/>
        </w:rPr>
      </w:pPr>
      <w:r w:rsidRPr="00E141B6">
        <w:rPr>
          <w:b/>
          <w:sz w:val="22"/>
        </w:rPr>
        <w:t xml:space="preserve">What is one thing on your bucket list?  </w:t>
      </w:r>
    </w:p>
    <w:p w14:paraId="0FFD91FB" w14:textId="77777777" w:rsidR="00DC3B1D" w:rsidRPr="00E141B6" w:rsidRDefault="00DC3B1D">
      <w:pPr>
        <w:spacing w:after="40"/>
        <w:rPr>
          <w:sz w:val="22"/>
        </w:rPr>
      </w:pPr>
    </w:p>
    <w:p w14:paraId="40041B83" w14:textId="77777777" w:rsidR="007D3241" w:rsidRDefault="00000000">
      <w:pPr>
        <w:spacing w:before="140" w:after="80"/>
      </w:pPr>
      <w:r>
        <w:rPr>
          <w:b/>
          <w:color w:val="274191"/>
          <w:sz w:val="26"/>
        </w:rPr>
        <w:t>5. SOCIAL MEDIA &amp; PHOTO PERMISSION</w:t>
      </w:r>
    </w:p>
    <w:p w14:paraId="78A04ED9" w14:textId="77777777" w:rsidR="007D3241" w:rsidRDefault="00000000">
      <w:pPr>
        <w:spacing w:after="80"/>
      </w:pPr>
      <w:r>
        <w:t>Please tick the boxes below to confirm what you are happy for JEDS to use in connection with your Ambassador introduction and future Ambassador content.</w:t>
      </w:r>
    </w:p>
    <w:p w14:paraId="38FDC801" w14:textId="77777777" w:rsidR="007D3241" w:rsidRDefault="00000000">
      <w:pPr>
        <w:spacing w:after="60"/>
      </w:pPr>
      <w:r>
        <w:t>☐ I am happy for JEDS to publish my name and the information I have provided in this form on its social media and website.</w:t>
      </w:r>
    </w:p>
    <w:p w14:paraId="7AEE9ADD" w14:textId="77777777" w:rsidR="007D3241" w:rsidRDefault="00000000">
      <w:pPr>
        <w:spacing w:after="60"/>
      </w:pPr>
      <w:r>
        <w:t>☐ I am happy for JEDS to use a photograph of me for my Ambassador introduction and related JEDS communications.</w:t>
      </w:r>
    </w:p>
    <w:p w14:paraId="2EB7FB95" w14:textId="77777777" w:rsidR="007D3241" w:rsidRDefault="00000000">
      <w:pPr>
        <w:spacing w:after="60"/>
      </w:pPr>
      <w:r>
        <w:t>☐ I understand that JEDS may lightly edit my answers for spelling, grammar, length or clarity while keeping the meaning of my answers.</w:t>
      </w:r>
    </w:p>
    <w:p w14:paraId="633B6129" w14:textId="77777777" w:rsidR="007D3241" w:rsidRDefault="00000000">
      <w:pPr>
        <w:spacing w:after="60"/>
      </w:pPr>
      <w:r>
        <w:t>☐ I understand that I can contact JEDS if I later wish to discuss or change how my information or photograph is used.</w:t>
      </w:r>
    </w:p>
    <w:p w14:paraId="6E44E4D2" w14:textId="05CFB409" w:rsidR="00DC3B1D" w:rsidRPr="000A440F" w:rsidRDefault="00000000" w:rsidP="000A440F">
      <w:pPr>
        <w:spacing w:before="100"/>
      </w:pPr>
      <w:r>
        <w:rPr>
          <w:b/>
        </w:rPr>
        <w:t>Anything you would prefer us NOT to share publicly:</w:t>
      </w:r>
    </w:p>
    <w:p w14:paraId="201157E0" w14:textId="26C1A788" w:rsidR="007D3241" w:rsidRDefault="00000000">
      <w:pPr>
        <w:spacing w:before="140" w:after="80"/>
      </w:pPr>
      <w:r>
        <w:rPr>
          <w:b/>
          <w:color w:val="274191"/>
          <w:sz w:val="26"/>
        </w:rPr>
        <w:t>6. SIGN-OFF</w:t>
      </w:r>
    </w:p>
    <w:tbl>
      <w:tblPr>
        <w:tblW w:w="0" w:type="auto"/>
        <w:jc w:val="center"/>
        <w:tblLook w:val="04A0" w:firstRow="1" w:lastRow="0" w:firstColumn="1" w:lastColumn="0" w:noHBand="0" w:noVBand="1"/>
      </w:tblPr>
      <w:tblGrid>
        <w:gridCol w:w="4752"/>
        <w:gridCol w:w="4752"/>
      </w:tblGrid>
      <w:tr w:rsidR="007D3241" w14:paraId="74D6F550" w14:textId="77777777">
        <w:trPr>
          <w:jc w:val="center"/>
        </w:trPr>
        <w:tc>
          <w:tcPr>
            <w:tcW w:w="4752" w:type="dxa"/>
            <w:vAlign w:val="center"/>
          </w:tcPr>
          <w:p w14:paraId="5464F9B3" w14:textId="2EE71751" w:rsidR="007D3241" w:rsidRDefault="00000000">
            <w:r>
              <w:rPr>
                <w:sz w:val="19"/>
              </w:rPr>
              <w:t>Name:</w:t>
            </w:r>
            <w:r>
              <w:rPr>
                <w:sz w:val="19"/>
              </w:rPr>
              <w:br/>
            </w:r>
            <w:r>
              <w:rPr>
                <w:sz w:val="19"/>
              </w:rPr>
              <w:br/>
            </w:r>
          </w:p>
        </w:tc>
        <w:tc>
          <w:tcPr>
            <w:tcW w:w="4752" w:type="dxa"/>
            <w:vAlign w:val="center"/>
          </w:tcPr>
          <w:p w14:paraId="40CC3340" w14:textId="418C75B8" w:rsidR="007D3241" w:rsidRDefault="00000000">
            <w:r>
              <w:rPr>
                <w:sz w:val="19"/>
              </w:rPr>
              <w:t>Date:</w:t>
            </w:r>
            <w:r>
              <w:rPr>
                <w:sz w:val="19"/>
              </w:rPr>
              <w:br/>
            </w:r>
          </w:p>
        </w:tc>
      </w:tr>
      <w:tr w:rsidR="000A440F" w14:paraId="2522547F" w14:textId="77777777">
        <w:trPr>
          <w:gridAfter w:val="1"/>
          <w:wAfter w:w="4752" w:type="dxa"/>
          <w:jc w:val="center"/>
        </w:trPr>
        <w:tc>
          <w:tcPr>
            <w:tcW w:w="4752" w:type="dxa"/>
            <w:vAlign w:val="center"/>
          </w:tcPr>
          <w:p w14:paraId="758E00CF" w14:textId="72765AF6" w:rsidR="000A440F" w:rsidRDefault="000A440F">
            <w:r>
              <w:rPr>
                <w:sz w:val="19"/>
              </w:rPr>
              <w:t>Signature:</w:t>
            </w:r>
            <w:r>
              <w:rPr>
                <w:sz w:val="19"/>
              </w:rPr>
              <w:br/>
            </w:r>
            <w:r>
              <w:rPr>
                <w:sz w:val="19"/>
              </w:rPr>
              <w:br/>
            </w:r>
          </w:p>
        </w:tc>
      </w:tr>
    </w:tbl>
    <w:p w14:paraId="7664BC69" w14:textId="77777777" w:rsidR="007D3241" w:rsidRDefault="00000000">
      <w:pPr>
        <w:spacing w:before="140"/>
        <w:jc w:val="center"/>
      </w:pPr>
      <w:r>
        <w:rPr>
          <w:b/>
          <w:color w:val="274191"/>
          <w:sz w:val="19"/>
        </w:rPr>
        <w:t>Thank you for helping JEDS raise awareness, challenge stigma and let people know that support is available. 💗💙</w:t>
      </w:r>
    </w:p>
    <w:sectPr w:rsidR="007D3241" w:rsidSect="00034616">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EDDD9C" w14:textId="77777777" w:rsidR="0022042E" w:rsidRDefault="0022042E">
      <w:pPr>
        <w:spacing w:after="0" w:line="240" w:lineRule="auto"/>
      </w:pPr>
      <w:r>
        <w:separator/>
      </w:r>
    </w:p>
  </w:endnote>
  <w:endnote w:type="continuationSeparator" w:id="0">
    <w:p w14:paraId="671C496D" w14:textId="77777777" w:rsidR="0022042E" w:rsidRDefault="00220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27338F" w14:textId="77777777" w:rsidR="007D3241" w:rsidRDefault="00000000">
    <w:pPr>
      <w:pStyle w:val="Footer"/>
      <w:jc w:val="center"/>
    </w:pPr>
    <w:r>
      <w:rPr>
        <w:sz w:val="16"/>
      </w:rPr>
      <w:t>Jersey Eating Disorders Support (JEDS)  |  www.jeds.je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3AB6B8" w14:textId="77777777" w:rsidR="0022042E" w:rsidRDefault="0022042E">
      <w:pPr>
        <w:spacing w:after="0" w:line="240" w:lineRule="auto"/>
      </w:pPr>
      <w:r>
        <w:separator/>
      </w:r>
    </w:p>
  </w:footnote>
  <w:footnote w:type="continuationSeparator" w:id="0">
    <w:p w14:paraId="330AF324" w14:textId="77777777" w:rsidR="0022042E" w:rsidRDefault="002204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3420603">
    <w:abstractNumId w:val="8"/>
  </w:num>
  <w:num w:numId="2" w16cid:durableId="1031609139">
    <w:abstractNumId w:val="6"/>
  </w:num>
  <w:num w:numId="3" w16cid:durableId="1432776438">
    <w:abstractNumId w:val="5"/>
  </w:num>
  <w:num w:numId="4" w16cid:durableId="1366637028">
    <w:abstractNumId w:val="4"/>
  </w:num>
  <w:num w:numId="5" w16cid:durableId="2106726381">
    <w:abstractNumId w:val="7"/>
  </w:num>
  <w:num w:numId="6" w16cid:durableId="586617875">
    <w:abstractNumId w:val="3"/>
  </w:num>
  <w:num w:numId="7" w16cid:durableId="1269852389">
    <w:abstractNumId w:val="2"/>
  </w:num>
  <w:num w:numId="8" w16cid:durableId="1959214157">
    <w:abstractNumId w:val="1"/>
  </w:num>
  <w:num w:numId="9" w16cid:durableId="20382380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440F"/>
    <w:rsid w:val="0015074B"/>
    <w:rsid w:val="0022042E"/>
    <w:rsid w:val="0023419F"/>
    <w:rsid w:val="0029639D"/>
    <w:rsid w:val="00326F90"/>
    <w:rsid w:val="0041049E"/>
    <w:rsid w:val="007D3241"/>
    <w:rsid w:val="00AA1D8D"/>
    <w:rsid w:val="00B47730"/>
    <w:rsid w:val="00CB0664"/>
    <w:rsid w:val="00DC3B1D"/>
    <w:rsid w:val="00E141B6"/>
    <w:rsid w:val="00E858C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52E357"/>
  <w14:defaultImageDpi w14:val="300"/>
  <w15:docId w15:val="{25081D7C-32AC-0E42-8B6B-F4C096E83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Amy Dingle</cp:lastModifiedBy>
  <cp:revision>3</cp:revision>
  <dcterms:created xsi:type="dcterms:W3CDTF">2026-09-04T22:19:00Z</dcterms:created>
  <dcterms:modified xsi:type="dcterms:W3CDTF">2026-09-05T23:30:00Z</dcterms:modified>
  <cp:category/>
</cp:coreProperties>
</file>